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93CDFB" w14:textId="77777777" w:rsidR="00FB2917" w:rsidRDefault="00B94751">
      <w:pPr>
        <w:jc w:val="center"/>
      </w:pPr>
      <w:r>
        <w:rPr>
          <w:b/>
          <w:color w:val="800000"/>
          <w:sz w:val="36"/>
        </w:rPr>
        <w:t>SAINT AUGUSTINE HIGH SCHOOL</w:t>
      </w:r>
    </w:p>
    <w:p w14:paraId="3B51E3CF" w14:textId="0C3F853B" w:rsidR="00FB2917" w:rsidRDefault="00B94751">
      <w:pPr>
        <w:jc w:val="center"/>
      </w:pPr>
      <w:r>
        <w:rPr>
          <w:b/>
          <w:color w:val="C9A227"/>
          <w:sz w:val="32"/>
        </w:rPr>
        <w:t xml:space="preserve"> COLLEGE APPLICATION CHECKLIST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FB2917" w14:paraId="63030368" w14:textId="77777777">
        <w:trPr>
          <w:jc w:val="center"/>
        </w:trPr>
        <w:tc>
          <w:tcPr>
            <w:tcW w:w="10368" w:type="dxa"/>
            <w:shd w:val="clear" w:color="auto" w:fill="FFF2CC"/>
            <w:vAlign w:val="center"/>
          </w:tcPr>
          <w:p w14:paraId="4F9D5CEE" w14:textId="77777777" w:rsidR="00FB2917" w:rsidRDefault="00B94751">
            <w:r>
              <w:rPr>
                <w:b/>
                <w:color w:val="800000"/>
                <w:sz w:val="24"/>
              </w:rPr>
              <w:t>🛑 STOP — COMPLETE YOUR COMMON APP BEFORE YOU REQUEST A COUNSELOR OR TEACHER RECOMMENDATION.</w:t>
            </w:r>
          </w:p>
        </w:tc>
      </w:tr>
    </w:tbl>
    <w:p w14:paraId="05A68AAC" w14:textId="77777777" w:rsidR="00FB2917" w:rsidRDefault="00B94751">
      <w:r>
        <w:t>Use this checklist to make sure your Common App is set up correctly before asking SAHS to submit transcripts, school forms, or recommendations.</w:t>
      </w:r>
    </w:p>
    <w:p w14:paraId="61228C73" w14:textId="77777777" w:rsidR="00FB2917" w:rsidRDefault="00B94751">
      <w:pPr>
        <w:spacing w:before="100" w:after="40"/>
      </w:pPr>
      <w:r>
        <w:rPr>
          <w:b/>
          <w:color w:val="800000"/>
          <w:sz w:val="23"/>
        </w:rPr>
        <w:t>1. CREATE YOUR COMMON APP ACCOUNT</w:t>
      </w:r>
    </w:p>
    <w:p w14:paraId="0572F8D0" w14:textId="77777777" w:rsidR="00FB2917" w:rsidRDefault="00B94751">
      <w:pPr>
        <w:spacing w:after="20"/>
        <w:ind w:left="259"/>
      </w:pPr>
      <w:r>
        <w:t>Go to www.commonapp.org and create or log in to your account.</w:t>
      </w:r>
    </w:p>
    <w:p w14:paraId="26BFFFA8" w14:textId="77777777" w:rsidR="00FB2917" w:rsidRDefault="00B94751">
      <w:pPr>
        <w:spacing w:after="20"/>
        <w:ind w:left="259"/>
      </w:pPr>
      <w:r>
        <w:t>Use an email address you check regularly throughout the college application process.</w:t>
      </w:r>
    </w:p>
    <w:p w14:paraId="2EBF9D6F" w14:textId="77777777" w:rsidR="00FB2917" w:rsidRDefault="00B94751">
      <w:pPr>
        <w:spacing w:after="20"/>
        <w:ind w:left="259"/>
      </w:pPr>
      <w:r>
        <w:t>Write down your Common App ID (CAID) — you may need it for transcript requests.</w:t>
      </w:r>
    </w:p>
    <w:p w14:paraId="08077728" w14:textId="77777777" w:rsidR="00FB2917" w:rsidRDefault="00B94751">
      <w:pPr>
        <w:spacing w:before="100" w:after="40"/>
      </w:pPr>
      <w:r>
        <w:rPr>
          <w:b/>
          <w:color w:val="800000"/>
          <w:sz w:val="23"/>
        </w:rPr>
        <w:t>2. COMPLETE YOUR PROFILE</w:t>
      </w:r>
    </w:p>
    <w:p w14:paraId="2172E61E" w14:textId="77777777" w:rsidR="00FB2917" w:rsidRDefault="00B94751">
      <w:pPr>
        <w:spacing w:after="20"/>
        <w:ind w:left="259"/>
      </w:pPr>
      <w:r>
        <w:t>☐ Personal information and contact information</w:t>
      </w:r>
    </w:p>
    <w:p w14:paraId="4FF2C34C" w14:textId="77777777" w:rsidR="00FB2917" w:rsidRDefault="00B94751">
      <w:pPr>
        <w:spacing w:after="20"/>
        <w:ind w:left="259"/>
      </w:pPr>
      <w:r>
        <w:t>☐ Family information</w:t>
      </w:r>
    </w:p>
    <w:p w14:paraId="2F3B0F81" w14:textId="77777777" w:rsidR="00FB2917" w:rsidRDefault="00B94751">
      <w:pPr>
        <w:spacing w:after="20"/>
        <w:ind w:left="259"/>
      </w:pPr>
      <w:r>
        <w:t>☐ Citizenship and demographic information, as requested</w:t>
      </w:r>
    </w:p>
    <w:p w14:paraId="07CE99FD" w14:textId="77777777" w:rsidR="00FB2917" w:rsidRDefault="00B94751">
      <w:pPr>
        <w:spacing w:after="20"/>
        <w:ind w:left="259"/>
      </w:pPr>
      <w:r>
        <w:t>☐ Education — make sure Saint Augustine High School is listed correctly</w:t>
      </w:r>
    </w:p>
    <w:p w14:paraId="1BF63563" w14:textId="77777777" w:rsidR="00FB2917" w:rsidRDefault="00B94751">
      <w:pPr>
        <w:spacing w:before="100" w:after="40"/>
      </w:pPr>
      <w:r>
        <w:rPr>
          <w:b/>
          <w:color w:val="800000"/>
          <w:sz w:val="23"/>
        </w:rPr>
        <w:t>3. COMPLETE YOUR ACADEMIC INFORMATION</w:t>
      </w:r>
    </w:p>
    <w:p w14:paraId="4F6ACC77" w14:textId="77777777" w:rsidR="00FB2917" w:rsidRDefault="00B94751">
      <w:pPr>
        <w:spacing w:after="20"/>
        <w:ind w:left="259"/>
      </w:pPr>
      <w:r>
        <w:t>☐ Enter your current and previous high school information accurately.</w:t>
      </w:r>
    </w:p>
    <w:p w14:paraId="4F32BF3B" w14:textId="77777777" w:rsidR="00FB2917" w:rsidRDefault="00B94751">
      <w:pPr>
        <w:spacing w:after="20"/>
        <w:ind w:left="259"/>
      </w:pPr>
      <w:r>
        <w:t>☐ Review your grades/course information carefully.</w:t>
      </w:r>
    </w:p>
    <w:p w14:paraId="68DF17A4" w14:textId="77777777" w:rsidR="00FB2917" w:rsidRDefault="00B94751">
      <w:pPr>
        <w:spacing w:after="20"/>
        <w:ind w:left="259"/>
      </w:pPr>
      <w:r>
        <w:t>☐ Complete Testing information if you choose to report scores.</w:t>
      </w:r>
    </w:p>
    <w:p w14:paraId="519AED48" w14:textId="77777777" w:rsidR="00FB2917" w:rsidRDefault="00B94751">
      <w:pPr>
        <w:spacing w:after="20"/>
        <w:ind w:left="259"/>
      </w:pPr>
      <w:r>
        <w:t>☐ Do not guess. Ask your counselor if you are unsure about school information.</w:t>
      </w:r>
    </w:p>
    <w:p w14:paraId="3F8DC2EA" w14:textId="77777777" w:rsidR="00FB2917" w:rsidRDefault="00B94751">
      <w:pPr>
        <w:spacing w:before="100" w:after="40"/>
      </w:pPr>
      <w:r>
        <w:rPr>
          <w:b/>
          <w:color w:val="800000"/>
          <w:sz w:val="23"/>
        </w:rPr>
        <w:t>4. COMPLETE ACTIVITIES &amp; HONORS</w:t>
      </w:r>
    </w:p>
    <w:p w14:paraId="3C7B6A18" w14:textId="77777777" w:rsidR="00FB2917" w:rsidRDefault="00B94751">
      <w:pPr>
        <w:spacing w:after="20"/>
        <w:ind w:left="259"/>
      </w:pPr>
      <w:r>
        <w:t>☐ List your most important activities, leadership, service, work, athletics, clubs, and awards.</w:t>
      </w:r>
    </w:p>
    <w:p w14:paraId="65A1E173" w14:textId="77777777" w:rsidR="00FB2917" w:rsidRDefault="00B94751">
      <w:pPr>
        <w:spacing w:after="20"/>
        <w:ind w:left="259"/>
      </w:pPr>
      <w:r>
        <w:t>☐ Use clear descriptions and include leadership roles when applicable.</w:t>
      </w:r>
    </w:p>
    <w:p w14:paraId="0E52E49A" w14:textId="77777777" w:rsidR="00FB2917" w:rsidRDefault="00B94751">
      <w:pPr>
        <w:spacing w:after="20"/>
        <w:ind w:left="259"/>
      </w:pPr>
      <w:r>
        <w:t>☐ Proofread for spelling and accuracy.</w:t>
      </w:r>
    </w:p>
    <w:p w14:paraId="1D18AA09" w14:textId="77777777" w:rsidR="00FB2917" w:rsidRDefault="00B94751">
      <w:pPr>
        <w:spacing w:before="100" w:after="40"/>
      </w:pPr>
      <w:r>
        <w:rPr>
          <w:b/>
          <w:color w:val="800000"/>
          <w:sz w:val="23"/>
        </w:rPr>
        <w:t>5. COMPLETE YOUR ESSAY</w:t>
      </w:r>
    </w:p>
    <w:p w14:paraId="563FD6B0" w14:textId="77777777" w:rsidR="00FB2917" w:rsidRDefault="00B94751">
      <w:pPr>
        <w:spacing w:after="20"/>
        <w:ind w:left="259"/>
      </w:pPr>
      <w:r>
        <w:t>☐ Complete the Common App personal essay if required by your colleges.</w:t>
      </w:r>
    </w:p>
    <w:p w14:paraId="6A1BF959" w14:textId="77777777" w:rsidR="00FB2917" w:rsidRDefault="00B94751">
      <w:pPr>
        <w:spacing w:after="20"/>
        <w:ind w:left="259"/>
      </w:pPr>
      <w:r>
        <w:t>☐ Proofread your essay before submitting.</w:t>
      </w:r>
    </w:p>
    <w:p w14:paraId="4E39BC40" w14:textId="77777777" w:rsidR="00FB2917" w:rsidRDefault="00B94751">
      <w:pPr>
        <w:spacing w:after="20"/>
        <w:ind w:left="259"/>
      </w:pPr>
      <w:r>
        <w:t>☐ Make sure the essay is your own work and reflects your voice.</w:t>
      </w:r>
    </w:p>
    <w:p w14:paraId="17F7B2D4" w14:textId="77777777" w:rsidR="00FB2917" w:rsidRDefault="00B94751">
      <w:pPr>
        <w:spacing w:before="100" w:after="40"/>
      </w:pPr>
      <w:r>
        <w:rPr>
          <w:b/>
          <w:color w:val="800000"/>
          <w:sz w:val="23"/>
        </w:rPr>
        <w:t>6. ADD YOUR COLLEGES — MY COLLEGES</w:t>
      </w:r>
    </w:p>
    <w:p w14:paraId="14941EBF" w14:textId="77777777" w:rsidR="00FB2917" w:rsidRDefault="00B94751">
      <w:pPr>
        <w:spacing w:after="20"/>
        <w:ind w:left="259"/>
      </w:pPr>
      <w:r>
        <w:t>☐ Add every college you currently plan to apply to.</w:t>
      </w:r>
    </w:p>
    <w:p w14:paraId="116C53EA" w14:textId="77777777" w:rsidR="00FB2917" w:rsidRDefault="00B94751">
      <w:pPr>
        <w:spacing w:after="20"/>
        <w:ind w:left="259"/>
      </w:pPr>
      <w:r>
        <w:t>☐ Check each college's deadline.</w:t>
      </w:r>
    </w:p>
    <w:p w14:paraId="03DBF946" w14:textId="77777777" w:rsidR="00FB2917" w:rsidRDefault="00B94751">
      <w:pPr>
        <w:spacing w:after="20"/>
        <w:ind w:left="259"/>
      </w:pPr>
      <w:r>
        <w:t>☐ Check whether the college requires a counselor recommendation, teacher recommendation, school report, or other forms.</w:t>
      </w:r>
    </w:p>
    <w:p w14:paraId="28F6ADED" w14:textId="77777777" w:rsidR="00FB2917" w:rsidRDefault="00B94751">
      <w:pPr>
        <w:spacing w:after="20"/>
        <w:ind w:left="259"/>
      </w:pPr>
      <w:r>
        <w:t>☐ Review each college's specific requirements before requesting recommendations.</w:t>
      </w:r>
    </w:p>
    <w:p w14:paraId="1A7B191E" w14:textId="77777777" w:rsidR="00FB2917" w:rsidRDefault="00B94751">
      <w:pPr>
        <w:spacing w:before="100" w:after="40"/>
      </w:pPr>
      <w:r>
        <w:rPr>
          <w:b/>
          <w:color w:val="800000"/>
          <w:sz w:val="23"/>
        </w:rPr>
        <w:t>7. COMPLETE FERPA — VERY IMPORTANT</w:t>
      </w:r>
    </w:p>
    <w:p w14:paraId="7F7F5A54" w14:textId="77777777" w:rsidR="00FB2917" w:rsidRDefault="00B94751">
      <w:pPr>
        <w:spacing w:after="20"/>
        <w:ind w:left="259"/>
      </w:pPr>
      <w:r>
        <w:t>Go to My Colleges → Recommenders and FERPA.</w:t>
      </w:r>
    </w:p>
    <w:p w14:paraId="53B93ED4" w14:textId="77777777" w:rsidR="00FB2917" w:rsidRDefault="00B94751">
      <w:pPr>
        <w:spacing w:after="20"/>
        <w:ind w:left="259"/>
      </w:pPr>
      <w:r>
        <w:t>☐ Complete the FERPA Release Authorization.</w:t>
      </w:r>
    </w:p>
    <w:p w14:paraId="04AC1DAA" w14:textId="77777777" w:rsidR="00FB2917" w:rsidRDefault="00B94751">
      <w:pPr>
        <w:spacing w:after="20"/>
        <w:ind w:left="259"/>
      </w:pPr>
      <w:r>
        <w:t>☐ Follow the Common App directions carefully.</w:t>
      </w:r>
    </w:p>
    <w:p w14:paraId="59FAC3A5" w14:textId="77777777" w:rsidR="00FB2917" w:rsidRDefault="00B94751">
      <w:pPr>
        <w:spacing w:after="20"/>
        <w:ind w:left="259"/>
      </w:pPr>
      <w:r>
        <w:t>☐ Make sure your counselor is listed as your counselor/recommender.</w:t>
      </w:r>
    </w:p>
    <w:p w14:paraId="04307653" w14:textId="77777777" w:rsidR="00FB2917" w:rsidRDefault="00B94751">
      <w:pPr>
        <w:spacing w:before="100" w:after="40"/>
      </w:pPr>
      <w:r>
        <w:rPr>
          <w:b/>
          <w:color w:val="800000"/>
          <w:sz w:val="23"/>
        </w:rPr>
        <w:lastRenderedPageBreak/>
        <w:t>8. CONNECT YOUR COUNSELOR &amp; TEACHERS</w:t>
      </w:r>
    </w:p>
    <w:p w14:paraId="5237F869" w14:textId="77777777" w:rsidR="00FB2917" w:rsidRDefault="00B94751">
      <w:pPr>
        <w:spacing w:after="20"/>
        <w:ind w:left="259"/>
      </w:pPr>
      <w:r>
        <w:t>☐ Invite your SAHS counselor through Common App.</w:t>
      </w:r>
    </w:p>
    <w:p w14:paraId="4841BF11" w14:textId="77777777" w:rsidR="00FB2917" w:rsidRDefault="00B94751">
      <w:pPr>
        <w:spacing w:after="20"/>
        <w:ind w:left="259"/>
      </w:pPr>
      <w:r>
        <w:t>☐ Use the correct school/counselor information provided by SAHS.</w:t>
      </w:r>
    </w:p>
    <w:p w14:paraId="1D4BD0BC" w14:textId="77777777" w:rsidR="00FB2917" w:rsidRDefault="00B94751">
      <w:pPr>
        <w:spacing w:after="20"/>
        <w:ind w:left="259"/>
      </w:pPr>
      <w:r>
        <w:t>☐ Invite teacher recommenders only after confirming they have agreed to write for you.</w:t>
      </w:r>
    </w:p>
    <w:p w14:paraId="009382CF" w14:textId="77777777" w:rsidR="00FB2917" w:rsidRDefault="00B94751">
      <w:pPr>
        <w:spacing w:after="20"/>
        <w:ind w:left="259"/>
      </w:pPr>
      <w:r>
        <w:t>☐ Check that invitations show as sent/accepted when applicable.</w:t>
      </w:r>
    </w:p>
    <w:p w14:paraId="360DEFC1" w14:textId="77777777" w:rsidR="00FB2917" w:rsidRDefault="00B94751">
      <w:pPr>
        <w:spacing w:before="100" w:after="40"/>
      </w:pPr>
      <w:r>
        <w:rPr>
          <w:b/>
          <w:color w:val="800000"/>
          <w:sz w:val="23"/>
        </w:rPr>
        <w:t>9. REQUEST YOUR TRANSCRIPT</w:t>
      </w:r>
    </w:p>
    <w:p w14:paraId="4FB38D90" w14:textId="77777777" w:rsidR="00FB2917" w:rsidRDefault="00B94751">
      <w:pPr>
        <w:spacing w:after="20"/>
        <w:ind w:left="259"/>
      </w:pPr>
      <w:r>
        <w:t>After your Common App is set up correctly, follow SAHS directions for requesting your transcript through Parchment.</w:t>
      </w:r>
    </w:p>
    <w:p w14:paraId="364AB96F" w14:textId="77777777" w:rsidR="00FB2917" w:rsidRDefault="00B94751">
      <w:pPr>
        <w:spacing w:after="20"/>
        <w:ind w:left="259"/>
      </w:pPr>
      <w:r>
        <w:t>☐ Use your correct Common App ID when requested.</w:t>
      </w:r>
    </w:p>
    <w:p w14:paraId="6BB8B548" w14:textId="77777777" w:rsidR="00FB2917" w:rsidRDefault="00B94751">
      <w:pPr>
        <w:spacing w:after="20"/>
        <w:ind w:left="259"/>
      </w:pPr>
      <w:r>
        <w:t>☐ If Parchment says your counselor has not accepted the school forms online, check Common App first and contact your counselor if the issue continues.</w:t>
      </w:r>
    </w:p>
    <w:p w14:paraId="280F82D2" w14:textId="77777777" w:rsidR="00FB2917" w:rsidRDefault="00B94751">
      <w:pPr>
        <w:spacing w:after="20"/>
        <w:ind w:left="259"/>
      </w:pPr>
      <w:r>
        <w:t>☐ Do not create multiple accounts or submit duplicate transcript requests unless instructed.</w:t>
      </w:r>
    </w:p>
    <w:p w14:paraId="761A68E9" w14:textId="77777777" w:rsidR="00FB2917" w:rsidRDefault="00B94751">
      <w:pPr>
        <w:spacing w:before="100" w:after="40"/>
      </w:pPr>
      <w:r>
        <w:rPr>
          <w:b/>
          <w:color w:val="800000"/>
          <w:sz w:val="23"/>
        </w:rPr>
        <w:t>10. BEFORE YOU SUBMIT</w:t>
      </w:r>
    </w:p>
    <w:p w14:paraId="6E379C71" w14:textId="77777777" w:rsidR="00FB2917" w:rsidRDefault="00B94751">
      <w:pPr>
        <w:spacing w:after="20"/>
        <w:ind w:left="259"/>
      </w:pPr>
      <w:r>
        <w:t>☐ Your name and contact information are correct.</w:t>
      </w:r>
    </w:p>
    <w:p w14:paraId="6679872C" w14:textId="77777777" w:rsidR="00FB2917" w:rsidRDefault="00B94751">
      <w:pPr>
        <w:spacing w:after="20"/>
        <w:ind w:left="259"/>
      </w:pPr>
      <w:r>
        <w:t>☐ Your high school information is correct.</w:t>
      </w:r>
    </w:p>
    <w:p w14:paraId="5F438105" w14:textId="77777777" w:rsidR="00FB2917" w:rsidRDefault="00B94751">
      <w:pPr>
        <w:spacing w:after="20"/>
        <w:ind w:left="259"/>
      </w:pPr>
      <w:r>
        <w:t>☐ Your colleges are listed.</w:t>
      </w:r>
    </w:p>
    <w:p w14:paraId="3BB97515" w14:textId="77777777" w:rsidR="00FB2917" w:rsidRDefault="00B94751">
      <w:pPr>
        <w:spacing w:after="20"/>
        <w:ind w:left="259"/>
      </w:pPr>
      <w:r>
        <w:t>☐ FERPA is complete.</w:t>
      </w:r>
    </w:p>
    <w:p w14:paraId="54CD7F6B" w14:textId="77777777" w:rsidR="00FB2917" w:rsidRDefault="00B94751">
      <w:pPr>
        <w:spacing w:after="20"/>
        <w:ind w:left="259"/>
      </w:pPr>
      <w:r>
        <w:t>☐ Your counselor/teacher invitations are correct.</w:t>
      </w:r>
    </w:p>
    <w:p w14:paraId="6A9E0F13" w14:textId="77777777" w:rsidR="00FB2917" w:rsidRDefault="00B94751">
      <w:pPr>
        <w:spacing w:after="20"/>
        <w:ind w:left="259"/>
      </w:pPr>
      <w:r>
        <w:t>☐ Your essay and activities are proofread.</w:t>
      </w:r>
    </w:p>
    <w:p w14:paraId="4CB5389F" w14:textId="77777777" w:rsidR="00FB2917" w:rsidRDefault="00B94751">
      <w:pPr>
        <w:spacing w:after="20"/>
        <w:ind w:left="259"/>
      </w:pPr>
      <w:r>
        <w:t>☐ You have checked every college deadline.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368"/>
      </w:tblGrid>
      <w:tr w:rsidR="00FB2917" w14:paraId="38FEB180" w14:textId="77777777">
        <w:tc>
          <w:tcPr>
            <w:tcW w:w="10368" w:type="dxa"/>
            <w:shd w:val="clear" w:color="auto" w:fill="800000"/>
            <w:vAlign w:val="center"/>
          </w:tcPr>
          <w:p w14:paraId="5F4A1B1B" w14:textId="77777777" w:rsidR="00FB2917" w:rsidRDefault="00B94751">
            <w:r>
              <w:rPr>
                <w:b/>
                <w:color w:val="FFFFFF"/>
                <w:sz w:val="22"/>
              </w:rPr>
              <w:t>⭐ IMPORTANT: COMMON APP FIRST → ADD COLLEGES → COMPLETE FERPA → THEN REQUEST RECOMMENDATIONS / SCHOOL FORMS</w:t>
            </w:r>
          </w:p>
        </w:tc>
      </w:tr>
    </w:tbl>
    <w:p w14:paraId="1DEC5B69" w14:textId="77777777" w:rsidR="00FB2917" w:rsidRDefault="00FB2917"/>
    <w:p w14:paraId="0F7B91CE" w14:textId="77777777" w:rsidR="00FB2917" w:rsidRDefault="00B94751">
      <w:r>
        <w:rPr>
          <w:b/>
          <w:color w:val="800000"/>
        </w:rPr>
        <w:t xml:space="preserve">Need Help? </w:t>
      </w:r>
      <w:r>
        <w:t>If something does not match these directions, stop and ask the SAHS Counseling Office before submitting duplicate requests.</w:t>
      </w:r>
    </w:p>
    <w:p w14:paraId="12954A54" w14:textId="23AEBFDC" w:rsidR="00FB2917" w:rsidRDefault="00B94751">
      <w:pPr>
        <w:jc w:val="center"/>
      </w:pPr>
      <w:r>
        <w:rPr>
          <w:b/>
          <w:color w:val="800000"/>
          <w:sz w:val="18"/>
        </w:rPr>
        <w:t>SAHS • College &amp; Career Planning</w:t>
      </w:r>
    </w:p>
    <w:sectPr w:rsidR="00FB2917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05997987">
    <w:abstractNumId w:val="8"/>
  </w:num>
  <w:num w:numId="2" w16cid:durableId="1996488997">
    <w:abstractNumId w:val="6"/>
  </w:num>
  <w:num w:numId="3" w16cid:durableId="716901123">
    <w:abstractNumId w:val="5"/>
  </w:num>
  <w:num w:numId="4" w16cid:durableId="459037844">
    <w:abstractNumId w:val="4"/>
  </w:num>
  <w:num w:numId="5" w16cid:durableId="2126921847">
    <w:abstractNumId w:val="7"/>
  </w:num>
  <w:num w:numId="6" w16cid:durableId="233860852">
    <w:abstractNumId w:val="3"/>
  </w:num>
  <w:num w:numId="7" w16cid:durableId="429204537">
    <w:abstractNumId w:val="2"/>
  </w:num>
  <w:num w:numId="8" w16cid:durableId="1545748812">
    <w:abstractNumId w:val="1"/>
  </w:num>
  <w:num w:numId="9" w16cid:durableId="2679343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C29B5"/>
    <w:rsid w:val="0015074B"/>
    <w:rsid w:val="00265393"/>
    <w:rsid w:val="0029639D"/>
    <w:rsid w:val="00326F90"/>
    <w:rsid w:val="00602DDE"/>
    <w:rsid w:val="00AA1D8D"/>
    <w:rsid w:val="00B47730"/>
    <w:rsid w:val="00B94751"/>
    <w:rsid w:val="00CB0664"/>
    <w:rsid w:val="00EB7636"/>
    <w:rsid w:val="00FB291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901DA41"/>
  <w14:defaultImageDpi w14:val="300"/>
  <w15:docId w15:val="{DA15E9B9-CDA4-4412-B90E-E87BAF619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506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Karleen Nickerson</cp:lastModifiedBy>
  <cp:revision>2</cp:revision>
  <dcterms:created xsi:type="dcterms:W3CDTF">2026-09-15T13:02:00Z</dcterms:created>
  <dcterms:modified xsi:type="dcterms:W3CDTF">2026-09-15T13:02:00Z</dcterms:modified>
  <cp:category/>
</cp:coreProperties>
</file>